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056380" w14:textId="77777777" w:rsidR="003335A9" w:rsidRDefault="00431499">
      <w:pPr>
        <w:pStyle w:val="Nagwek1"/>
      </w:pPr>
      <w:r>
        <w:t>Karta oceny formalnej</w:t>
      </w:r>
    </w:p>
    <w:p w14:paraId="3DC71AEA" w14:textId="37672267" w:rsidR="003335A9" w:rsidRDefault="00431499">
      <w:r>
        <w:br/>
        <w:t>KARTA OCENY FORMALNEJ WNIOSKU</w:t>
      </w:r>
      <w:r>
        <w:br/>
        <w:t>Program: Minigranty Wolontariatu Rodzinnego ZDR3Plus 2025</w:t>
      </w:r>
      <w:r>
        <w:br/>
      </w:r>
      <w:r>
        <w:br/>
        <w:t>Nazwa wniosku: _____________________________________________</w:t>
      </w:r>
      <w:r>
        <w:br/>
        <w:t>Wnioskodawca: ______________________________________________</w:t>
      </w:r>
      <w:r>
        <w:br/>
      </w:r>
      <w:bookmarkStart w:id="0" w:name="_GoBack"/>
      <w:bookmarkEnd w:id="0"/>
      <w:r>
        <w:br/>
        <w:t>Kryteria formalne (TAK/NIE):</w:t>
      </w:r>
      <w:r>
        <w:br/>
        <w:t>1. Wniosek złożono w terminie: ☐ TAK ☐ NIE</w:t>
      </w:r>
      <w:r>
        <w:br/>
        <w:t>2. Formularz wypełniono kompletnie: ☐ TAK ☐ NIE</w:t>
      </w:r>
      <w:r>
        <w:br/>
        <w:t>3. Budżet nie przekracza 1</w:t>
      </w:r>
      <w:r w:rsidR="00141216">
        <w:t>5</w:t>
      </w:r>
      <w:r>
        <w:t>00 zł: ☐ TAK ☐ NIE</w:t>
      </w:r>
      <w:r>
        <w:br/>
        <w:t>4. Projekt realizowany na terenie Wielkopolski: ☐ TAK ☐ NIE</w:t>
      </w:r>
      <w:r>
        <w:br/>
        <w:t xml:space="preserve">5. Wniosek </w:t>
      </w:r>
      <w:proofErr w:type="spellStart"/>
      <w:r>
        <w:t>podpisany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uprawnioną</w:t>
      </w:r>
      <w:proofErr w:type="spellEnd"/>
      <w:r>
        <w:t xml:space="preserve"> </w:t>
      </w:r>
      <w:proofErr w:type="spellStart"/>
      <w:r>
        <w:t>osobę</w:t>
      </w:r>
      <w:proofErr w:type="spellEnd"/>
      <w:r w:rsidR="002347C7">
        <w:t xml:space="preserve"> </w:t>
      </w:r>
      <w:r>
        <w:t>: ☐ TAK ☐ NIE</w:t>
      </w:r>
      <w:r>
        <w:br/>
      </w:r>
      <w:r>
        <w:br/>
        <w:t>Wynik oceny formalnej: ☐ DOPUSZCZONY ☐ ODRZUCONY</w:t>
      </w:r>
      <w:r>
        <w:br/>
      </w:r>
      <w:r>
        <w:br/>
        <w:t>Podpis osoby oceniającej: __________________________</w:t>
      </w:r>
      <w:r>
        <w:br/>
        <w:t>Data: __________________________</w:t>
      </w:r>
      <w:r>
        <w:br/>
      </w:r>
    </w:p>
    <w:sectPr w:rsidR="003335A9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D02D51" w14:textId="77777777" w:rsidR="00A63926" w:rsidRDefault="00A63926">
      <w:pPr>
        <w:spacing w:after="0" w:line="240" w:lineRule="auto"/>
      </w:pPr>
      <w:r>
        <w:separator/>
      </w:r>
    </w:p>
  </w:endnote>
  <w:endnote w:type="continuationSeparator" w:id="0">
    <w:p w14:paraId="1A949A64" w14:textId="77777777" w:rsidR="00A63926" w:rsidRDefault="00A63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74CF30" w14:textId="77777777" w:rsidR="007A5808" w:rsidRDefault="007A580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D4F247" w14:textId="77777777" w:rsidR="008710A9" w:rsidRPr="008710A9" w:rsidRDefault="008710A9" w:rsidP="008710A9">
    <w:pPr>
      <w:pStyle w:val="Stopka"/>
      <w:rPr>
        <w:sz w:val="20"/>
        <w:szCs w:val="20"/>
        <w:lang w:val="pl-PL"/>
      </w:rPr>
    </w:pPr>
    <w:r w:rsidRPr="008710A9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  <w:p w14:paraId="65CC80C0" w14:textId="025A69A8" w:rsidR="003335A9" w:rsidRPr="008710A9" w:rsidRDefault="00431499">
    <w:pPr>
      <w:pStyle w:val="Stopka"/>
      <w:rPr>
        <w:sz w:val="20"/>
        <w:szCs w:val="20"/>
      </w:rPr>
    </w:pPr>
    <w:proofErr w:type="spellStart"/>
    <w:r w:rsidRPr="008710A9">
      <w:rPr>
        <w:sz w:val="20"/>
        <w:szCs w:val="20"/>
      </w:rPr>
      <w:t>Zaktualizowano</w:t>
    </w:r>
    <w:proofErr w:type="spellEnd"/>
    <w:r w:rsidRPr="008710A9">
      <w:rPr>
        <w:sz w:val="20"/>
        <w:szCs w:val="20"/>
      </w:rPr>
      <w:t xml:space="preserve">: </w:t>
    </w:r>
    <w:proofErr w:type="spellStart"/>
    <w:r w:rsidRPr="008710A9">
      <w:rPr>
        <w:sz w:val="20"/>
        <w:szCs w:val="20"/>
      </w:rPr>
      <w:t>październik</w:t>
    </w:r>
    <w:proofErr w:type="spellEnd"/>
    <w:r w:rsidRPr="008710A9">
      <w:rPr>
        <w:sz w:val="20"/>
        <w:szCs w:val="20"/>
      </w:rPr>
      <w:t xml:space="preserve"> 2025 r. | </w:t>
    </w:r>
    <w:proofErr w:type="spellStart"/>
    <w:r w:rsidRPr="008710A9">
      <w:rPr>
        <w:sz w:val="20"/>
        <w:szCs w:val="20"/>
      </w:rPr>
      <w:t>Kontakt</w:t>
    </w:r>
    <w:proofErr w:type="spellEnd"/>
    <w:r w:rsidRPr="008710A9">
      <w:rPr>
        <w:sz w:val="20"/>
        <w:szCs w:val="20"/>
      </w:rPr>
      <w:t xml:space="preserve">: elzbieta.majka@3plus.pl | </w:t>
    </w:r>
    <w:proofErr w:type="spellStart"/>
    <w:r w:rsidRPr="008710A9">
      <w:rPr>
        <w:sz w:val="20"/>
        <w:szCs w:val="20"/>
      </w:rPr>
      <w:t>Związek</w:t>
    </w:r>
    <w:proofErr w:type="spellEnd"/>
    <w:r w:rsidRPr="008710A9">
      <w:rPr>
        <w:sz w:val="20"/>
        <w:szCs w:val="20"/>
      </w:rPr>
      <w:t xml:space="preserve"> </w:t>
    </w:r>
    <w:proofErr w:type="spellStart"/>
    <w:r w:rsidRPr="008710A9">
      <w:rPr>
        <w:sz w:val="20"/>
        <w:szCs w:val="20"/>
      </w:rPr>
      <w:t>Dużych</w:t>
    </w:r>
    <w:proofErr w:type="spellEnd"/>
    <w:r w:rsidRPr="008710A9">
      <w:rPr>
        <w:sz w:val="20"/>
        <w:szCs w:val="20"/>
      </w:rPr>
      <w:t xml:space="preserve"> </w:t>
    </w:r>
    <w:proofErr w:type="spellStart"/>
    <w:r w:rsidRPr="008710A9">
      <w:rPr>
        <w:sz w:val="20"/>
        <w:szCs w:val="20"/>
      </w:rPr>
      <w:t>Rodzin</w:t>
    </w:r>
    <w:proofErr w:type="spellEnd"/>
    <w:r w:rsidRPr="008710A9">
      <w:rPr>
        <w:sz w:val="20"/>
        <w:szCs w:val="20"/>
      </w:rPr>
      <w:t xml:space="preserve"> „</w:t>
    </w:r>
    <w:proofErr w:type="spellStart"/>
    <w:r w:rsidRPr="008710A9">
      <w:rPr>
        <w:sz w:val="20"/>
        <w:szCs w:val="20"/>
      </w:rPr>
      <w:t>Trzy</w:t>
    </w:r>
    <w:proofErr w:type="spellEnd"/>
    <w:r w:rsidRPr="008710A9">
      <w:rPr>
        <w:sz w:val="20"/>
        <w:szCs w:val="20"/>
      </w:rPr>
      <w:t xml:space="preserve"> Plus” </w:t>
    </w:r>
    <w:proofErr w:type="spellStart"/>
    <w:r w:rsidRPr="008710A9">
      <w:rPr>
        <w:sz w:val="20"/>
        <w:szCs w:val="20"/>
      </w:rPr>
      <w:t>Oddział</w:t>
    </w:r>
    <w:proofErr w:type="spellEnd"/>
    <w:r w:rsidRPr="008710A9">
      <w:rPr>
        <w:sz w:val="20"/>
        <w:szCs w:val="20"/>
      </w:rPr>
      <w:t xml:space="preserve"> Wielkopolski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B20255" w14:textId="77777777" w:rsidR="007A5808" w:rsidRDefault="007A58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7CCAB6" w14:textId="77777777" w:rsidR="00A63926" w:rsidRDefault="00A63926">
      <w:pPr>
        <w:spacing w:after="0" w:line="240" w:lineRule="auto"/>
      </w:pPr>
      <w:r>
        <w:separator/>
      </w:r>
    </w:p>
  </w:footnote>
  <w:footnote w:type="continuationSeparator" w:id="0">
    <w:p w14:paraId="52EF0E8B" w14:textId="77777777" w:rsidR="00A63926" w:rsidRDefault="00A63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D4D4D4" w14:textId="77777777" w:rsidR="007A5808" w:rsidRDefault="007A580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198CC8" w14:textId="1BDB6ED9" w:rsidR="003335A9" w:rsidRPr="008710A9" w:rsidRDefault="007A5808" w:rsidP="008710A9">
    <w:pPr>
      <w:pStyle w:val="Nagwek"/>
    </w:pPr>
    <w:r>
      <w:rPr>
        <w:noProof/>
        <w:lang w:val="pl-PL" w:eastAsia="pl-PL"/>
      </w:rPr>
      <w:drawing>
        <wp:inline distT="0" distB="0" distL="0" distR="0" wp14:anchorId="779469DF" wp14:editId="52C64895">
          <wp:extent cx="5093804" cy="571500"/>
          <wp:effectExtent l="0" t="0" r="0" b="0"/>
          <wp:docPr id="181232828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8617" cy="5731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D50A22" w14:textId="77777777" w:rsidR="007A5808" w:rsidRDefault="007A58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41216"/>
    <w:rsid w:val="0015074B"/>
    <w:rsid w:val="002347C7"/>
    <w:rsid w:val="0029639D"/>
    <w:rsid w:val="00326F90"/>
    <w:rsid w:val="003335A9"/>
    <w:rsid w:val="00431499"/>
    <w:rsid w:val="004C68BA"/>
    <w:rsid w:val="004C7E1D"/>
    <w:rsid w:val="006F6BD7"/>
    <w:rsid w:val="007A5808"/>
    <w:rsid w:val="008710A9"/>
    <w:rsid w:val="00A63926"/>
    <w:rsid w:val="00AA1D8D"/>
    <w:rsid w:val="00B47730"/>
    <w:rsid w:val="00C97893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D2497C7"/>
  <w14:defaultImageDpi w14:val="300"/>
  <w15:docId w15:val="{7FB1209F-5201-423D-AD68-F1669FF96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0BB29B-9851-422F-9E56-FD0034503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564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2025-11-06T11:01:00Z</dcterms:created>
  <dcterms:modified xsi:type="dcterms:W3CDTF">2025-11-06T11:01:00Z</dcterms:modified>
  <cp:category/>
</cp:coreProperties>
</file>